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ולהטות מילות יחס לפי גוף (אני, אתה, הוא...)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פעלים שמתחברים תמיד לאותה מילת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עם מילות יחס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הנטייה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מילת יחס וגוף לצורה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(אליה)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היחס בנטייה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- כללי הנטייה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נטייה רגילה של מילת היחס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מופיע ברשימת הפעלים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משפטים עם פעלים ומילת היחס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משתתף בפעילות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אני מחכה לאוטובוס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נטייה נכונה של מילת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בטבלת הנטייה מהדף כדי לתרגל בעל פה לפני העבודה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בכתיב בין 'לכן' (ל+אתן) לבין 'לכן' (תוצאה) דרך דוגמאות מהקשר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 - כתיבת פסקה קצרה עם לפחות שלוש מילות יחס בנטייה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מילות יחס כמו על, אל, ב, ל, את, מ, עם משתנות כאשר הן מתחברות לכינויי גוף - זו נטייה. גם פעלים מסוימים מתחברים תמיד לאותה מילת יחס קבועה.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אליו  ·  עלינו  ·  איתי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הנטייה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אומרים 'על' + 'הם'?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אומרים 'מ' + 'היא'?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ממני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מילת יחס וגוף לצורה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על + אתה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אל +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עליך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 +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אליה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מילת היחס בנטייה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דני התגעגע אליי, וגם אני התגעגעתי __________ (אל + הוא)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המורה דיברה __________ (על + אנחנו)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הילדים שיחקו __________ (עם + אני) בפארק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 - כללי הנטייה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היחס 'על' + 'הם' הופכת ל'עליהם'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'לעזור' מתחבר תמיד למילת היחס 'ל'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משפטים עם פעלים ומילת היחס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עם הפועל 'להשתתף' ומילת היחס המתאימה (ב)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עם הפועל 'לחכות' ומילת היחס המתאימה (ל)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את הנטייה של 'מ' + 'את' (יחיד)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מילת יחס מתחברת לפועל 'לסמוך'?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יחס ונטייה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