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יחס ונטייה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ולהטות מילות יחס לפי גוף (אני, אתה, הוא...)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פעלים שמתחברים תמיד לאותה מילת 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עם מילות יחס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הנטייה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עליהם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אותנו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מילת יחס וגוף לצורה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(עליך)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(אליה)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(איתן)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היחס בנטייה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אתכן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 - כללי הנטייה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נטייה רגילה של מילת היחס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הכתיב זהה וההקשר מבדיל ביניהן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הפועל מתחבר למילת היחס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מופיע ברשימת הפעלים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הצורה הנכונה היא איתי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משפטים עם פעלים ומילת היחס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אני משתתף בפעילות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אני מחכה לאוטובוס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אני נפגש איתך מחר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ממך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נטייה נכונה של מילת 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בטבלת הנטייה מהדף כדי לתרגל בעל פה לפני העבודה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בכתיב בין 'לכן' (ל+אתן) לבין 'לכן' (תוצאה) דרך דוגמאות מהקשר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 - כתיבת פסקה קצרה עם לפחות שלוש מילות יחס בנטייה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יחס ונטייה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מילים קטנות כמו על, אל, ב, ל, את, מ, עם משתנות כשמוסיפים להן אני, אתה, הוא וכו'. גם יש פעלים שתמיד באים עם אותה מילת יחס.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יחס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פועל או שם לבין מילה אחרת, כמו: על, אל, ב, 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נטייה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של מילה לפי הגוף - אני, אתה, הוא וכו׳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שמחליפה שם של אדם - אני, אתה, הוא, היא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 עם מילת יחס קבועה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שתמיד מופיע עם אותה מילת יחס, למשל להתעניין 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אני, אנחנו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שני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אתה, את, אתם, אתן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שלישי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הוא, היא, הם, הן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הנטייה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המילה הנכונה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את המילה הנכונה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את המילה הנכונה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את המילה הנכונה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את המילה הנכונה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מילת יחס וגוף לצורה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על + אתה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אל + היא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איתן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 + אנחנו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עליך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 + אתם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אליה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עם + הן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מילת היחס בנטייה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דני התגעגע אליי, וגם אני התגעגעתי __________ (אל + הוא)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המורה דיברה __________ (על + אנחנו)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הילדים שיחקו __________ (עם + אני) בפארק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מאוד סומך __________ (על + אתה)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היא לא פחדה __________ (מ + הם)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המורה ביקשה __________ (את + אתן) לשבת בשקט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 - כללי הנטייה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היחס 'על' + 'הם' הופכת ל'עליהם'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היחס 'ל' + 'אתן' נכתבת 'לכן', בדיוק כמו המילה שמשמעותה תוצאה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'להתעניין' מתחבר תמיד למילת היחס 'על'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'לעזור' מתחבר תמיד למילת היחס 'ל'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היחס 'עם' + 'אני' הופכת ל'עימי'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משפטים עם פעלים ומילת היחס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עם הפועל 'להשתתף' ומילת היחס המתאימה (ב)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עם הפועל 'לחכות' ומילת היחס המתאימה (ל)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עם הפועל 'להיפגש' ומילת היחס המתאימה (עם) בצירוף כינוי גוף בנטייה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את הנטייה של 'מ' + 'את' (יחיד)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מילת יחס מתחברת לפועל 'לסמוך'?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מילת יחס בנטייה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יחס ונטייה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