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יחס ונטייה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ולהטות מילות יחס לפי גוף (אני, אתה, הוא...)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פעלים שמתחברים תמיד לאותה מילת יחס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משפטים עם מילות יחס נכונות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הנטייה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עליהם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ממנה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אותנו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התאימו מילת יחס וגוף לצורה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(עליך)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(אליה)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(בנו)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(מכם)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(איתן)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מילת היחס בנטייה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עלינו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אתכן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 - כללי הנטייה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נטייה רגילה של מילת היחס 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הכתיב זהה וההקשר מבדיל ביניהן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הפועל מתחבר למילת היחס 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מופיע ברשימת הפעלים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הצורה הנכונה היא איתי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משפטים עם פעלים ומילת היחס שלהם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אני משתתף בפעילות הכיתה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אני מחכה לאוטובוס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אני נפגש איתך מחר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ממך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תקין עם נטייה נכונה של מילת יחס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בטבלת הנטייה מהדף כדי לתרגל בעל פה לפני העבודה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בכתיב בין 'לכן' (ל+אתן) לבין 'לכן' (תוצאה) דרך דוגמאות מהקשר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אתגר - כתיבת פסקה קצרה עם לפחות שלוש מילות יחס בנטייה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יחס ונטייה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מילות יחס כמו על, אל, ב, ל, את, מ, עם משתנות כאשר הן מתחברות לכינויי גוף - זו נטייה. גם פעלים מסוימים מתחברים תמיד לאותה מילת יחס קבועה.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הנטייה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אומרים 'על' + 'הם'?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עליכם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עליהן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אומרים 'מ' + 'היא'?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ממנה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ממני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אומרים 'עם' + 'אני'?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אומרים 'ל' + 'אתן'?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אומרים 'את' + 'אנחנו'?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אותנו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התאימו מילת יחס וגוף לצורה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על + אתה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איתן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אל + היא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 + אנחנו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עליך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 + אתם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אליה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עם + הן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מכם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מילת היחס בנטייה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דני התגעגע אליי, וגם אני התגעגעתי __________ (אל + הוא)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המורה דיברה __________ (על + אנחנו) בשיעור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הילדים שיחקו __________ (עם + אני) בפארק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אני מאוד סומך __________ (על + אתה)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היא לא פחדה __________ (מ + הם)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המורה ביקשה __________ (את + אתן) לשבת בשקט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 - כללי הנטייה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היחס 'על' + 'הם' הופכת ל'עליהם'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היחס 'ל' + 'אתן' נכתבת 'לכן', בדיוק כמו המילה שמשמעותה תוצאה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הפועל 'להתעניין' מתחבר תמיד למילת היחס 'על'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הפועל 'לעזור' מתחבר תמיד למילת היחס 'ל'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היחס 'עם' + 'אני' הופכת ל'עימי'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כתבו משפטים עם פעלים ומילת היחס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עם הפועל 'להשתתף' ומילת היחס המתאימה (ב)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עם הפועל 'לחכות' ומילת היחס המתאימה (ל)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עם הפועל 'להיפגש' ומילת היחס המתאימה (עם) בצירוף כינוי גוף בנטייה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את הנטייה של 'מ' + 'את' (יחיד)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מילת יחס מתחברת לפועל 'לסמוך'?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עם מילת יחס בנטייה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יחס ונטייה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